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CC9E04" w14:textId="77777777" w:rsidR="001850E1" w:rsidRDefault="00000000">
      <w:pPr>
        <w:pStyle w:val="Heading1"/>
        <w:jc w:val="center"/>
      </w:pPr>
      <w:r>
        <w:t>Ismail Muhammad Adam</w:t>
      </w:r>
    </w:p>
    <w:p w14:paraId="48D6EFC6" w14:textId="69A4596B" w:rsidR="001850E1" w:rsidRDefault="00000000">
      <w:pPr>
        <w:jc w:val="center"/>
      </w:pPr>
      <w:r>
        <w:t>Fagge, Kano State, Nigeria | +2348066597872 | im_adam@yahoo.com</w:t>
      </w:r>
      <w:r>
        <w:br/>
        <w:t xml:space="preserve">LinkedIn: www.linkedin.com/in/im-adam | GitHub: </w:t>
      </w:r>
      <w:r w:rsidR="003F1B8D">
        <w:t>www.</w:t>
      </w:r>
      <w:r w:rsidR="003F1B8D" w:rsidRPr="003F1B8D">
        <w:t>github.com/devtechnig</w:t>
      </w:r>
    </w:p>
    <w:p w14:paraId="78B94895" w14:textId="77777777" w:rsidR="001850E1" w:rsidRDefault="00000000">
      <w:pPr>
        <w:pStyle w:val="Heading2"/>
      </w:pPr>
      <w:r>
        <w:t>Professional Summary</w:t>
      </w:r>
    </w:p>
    <w:p w14:paraId="77226B2B" w14:textId="77777777" w:rsidR="001850E1" w:rsidRDefault="00000000" w:rsidP="003F1B8D">
      <w:pPr>
        <w:jc w:val="both"/>
      </w:pPr>
      <w:r>
        <w:t>Frontend Developer with hands-on experience in JavaScript, TypeScript, React, and Next.js. Blends a solid foundation in Islamic Law (</w:t>
      </w:r>
      <w:proofErr w:type="gramStart"/>
      <w:r>
        <w:t>LL.B</w:t>
      </w:r>
      <w:proofErr w:type="gramEnd"/>
      <w:r>
        <w:t>, LL.M in view) with practical software development and leadership roles. Known for delivering responsive, accessible, and maintainable interfaces. Multilingual communicator fluent in Arabic, English, and Hausa.</w:t>
      </w:r>
    </w:p>
    <w:p w14:paraId="7E765850" w14:textId="77777777" w:rsidR="001850E1" w:rsidRDefault="00000000">
      <w:pPr>
        <w:pStyle w:val="Heading2"/>
      </w:pPr>
      <w:r>
        <w:t>Core Competencies</w:t>
      </w:r>
    </w:p>
    <w:p w14:paraId="1D26F378" w14:textId="77777777" w:rsidR="001850E1" w:rsidRDefault="00000000">
      <w:r>
        <w:t>• JavaScript (JS), TypeScript (TS), React.js, Next.js</w:t>
      </w:r>
      <w:r>
        <w:br/>
        <w:t>• HTML5, CSS3, Tailwind CSS, Git &amp; GitHub</w:t>
      </w:r>
      <w:r>
        <w:br/>
        <w:t>• Responsive and Accessible Web Design</w:t>
      </w:r>
      <w:r>
        <w:br/>
        <w:t>• Project Documentation and Team Collaboration</w:t>
      </w:r>
      <w:r>
        <w:br/>
        <w:t>• Translation (Arabic ↔ English), Legal and Technical Docs</w:t>
      </w:r>
      <w:r>
        <w:br/>
        <w:t>• Grant Writing, Policy Advocacy, Stakeholder Engagement</w:t>
      </w:r>
      <w:r>
        <w:br/>
        <w:t>• Teaching, Curriculum Design (Islamic Studies, Arabic)</w:t>
      </w:r>
      <w:r>
        <w:br/>
        <w:t>• Strategic Planning and Proposal Development</w:t>
      </w:r>
    </w:p>
    <w:p w14:paraId="7A57068D" w14:textId="77777777" w:rsidR="001850E1" w:rsidRDefault="00000000">
      <w:pPr>
        <w:pStyle w:val="Heading2"/>
      </w:pPr>
      <w:r>
        <w:t>Professional Experience</w:t>
      </w:r>
    </w:p>
    <w:p w14:paraId="77A345C2" w14:textId="77777777" w:rsidR="001850E1" w:rsidRDefault="00000000">
      <w:r>
        <w:rPr>
          <w:b/>
        </w:rPr>
        <w:t>Frontend Developer | Freelance &amp; Personal Projects | 2021 – Present</w:t>
      </w:r>
    </w:p>
    <w:p w14:paraId="4DB80B1A" w14:textId="77777777" w:rsidR="001850E1" w:rsidRDefault="00000000">
      <w:r>
        <w:t>- Developed and deployed responsive frontend applications using React.js and Next.js</w:t>
      </w:r>
      <w:r>
        <w:br/>
        <w:t>- Built reusable components and managed state using React hooks and context</w:t>
      </w:r>
      <w:r>
        <w:br/>
        <w:t>- Used Tailwind CSS to create pixel-perfect UIs aligned with Figma designs</w:t>
      </w:r>
      <w:r>
        <w:br/>
        <w:t>- Implemented Git workflows and collaborated via GitHub</w:t>
      </w:r>
      <w:r>
        <w:br/>
        <w:t xml:space="preserve">- Built custom </w:t>
      </w:r>
      <w:proofErr w:type="spellStart"/>
      <w:r>
        <w:t>Envato</w:t>
      </w:r>
      <w:proofErr w:type="spellEnd"/>
      <w:r>
        <w:t xml:space="preserve"> templates for sale</w:t>
      </w:r>
    </w:p>
    <w:p w14:paraId="288EC661" w14:textId="77777777" w:rsidR="001850E1" w:rsidRDefault="00000000">
      <w:r>
        <w:rPr>
          <w:b/>
        </w:rPr>
        <w:t xml:space="preserve">Executive Secretary | Halima </w:t>
      </w:r>
      <w:proofErr w:type="spellStart"/>
      <w:r>
        <w:rPr>
          <w:b/>
        </w:rPr>
        <w:t>Bint</w:t>
      </w:r>
      <w:proofErr w:type="spellEnd"/>
      <w:r>
        <w:rPr>
          <w:b/>
        </w:rPr>
        <w:t xml:space="preserve"> Aliy Foundation | Aug 2022 – Present</w:t>
      </w:r>
    </w:p>
    <w:p w14:paraId="085D3A3A" w14:textId="77777777" w:rsidR="001850E1" w:rsidRDefault="00000000">
      <w:r>
        <w:t>- Led tech-integrated community projects aligned with SDGs (e.g., Zero Hunger)</w:t>
      </w:r>
      <w:r>
        <w:br/>
        <w:t>- Drafted strategic plans, proposals, and reports</w:t>
      </w:r>
      <w:r>
        <w:br/>
        <w:t>- Used software tools to streamline internal operations</w:t>
      </w:r>
    </w:p>
    <w:p w14:paraId="7B8F8561" w14:textId="77777777" w:rsidR="001850E1" w:rsidRDefault="00000000">
      <w:r>
        <w:rPr>
          <w:b/>
        </w:rPr>
        <w:t xml:space="preserve">Public Relations Officer | </w:t>
      </w:r>
      <w:proofErr w:type="spellStart"/>
      <w:r>
        <w:rPr>
          <w:b/>
        </w:rPr>
        <w:t>Almajd</w:t>
      </w:r>
      <w:proofErr w:type="spellEnd"/>
      <w:r>
        <w:rPr>
          <w:b/>
        </w:rPr>
        <w:t xml:space="preserve"> Center for Development | Feb 2020 – Aug 2022</w:t>
      </w:r>
    </w:p>
    <w:p w14:paraId="4BFCD0ED" w14:textId="77777777" w:rsidR="001850E1" w:rsidRDefault="00000000">
      <w:r>
        <w:t>- Managed media advocacy and digital communications</w:t>
      </w:r>
      <w:r>
        <w:br/>
        <w:t>- Supported campaigns with technical and PR deliverables</w:t>
      </w:r>
    </w:p>
    <w:p w14:paraId="3CE7E326" w14:textId="77777777" w:rsidR="001850E1" w:rsidRDefault="00000000">
      <w:r>
        <w:rPr>
          <w:b/>
        </w:rPr>
        <w:t xml:space="preserve">Contributor | Appen, </w:t>
      </w:r>
      <w:proofErr w:type="spellStart"/>
      <w:r>
        <w:rPr>
          <w:b/>
        </w:rPr>
        <w:t>Clickworker</w:t>
      </w:r>
      <w:proofErr w:type="spellEnd"/>
      <w:r>
        <w:rPr>
          <w:b/>
        </w:rPr>
        <w:t>, UHRS | 2021 – Present</w:t>
      </w:r>
    </w:p>
    <w:p w14:paraId="2701F47C" w14:textId="77777777" w:rsidR="001850E1" w:rsidRDefault="00000000">
      <w:r>
        <w:t>- Performed language data annotation, web evaluation, and translation (Arabic ↔ English)</w:t>
      </w:r>
    </w:p>
    <w:p w14:paraId="110CFE0F" w14:textId="77777777" w:rsidR="001850E1" w:rsidRDefault="00000000">
      <w:pPr>
        <w:pStyle w:val="Heading2"/>
      </w:pPr>
      <w:r>
        <w:lastRenderedPageBreak/>
        <w:t>Education</w:t>
      </w:r>
    </w:p>
    <w:p w14:paraId="3A7B4417" w14:textId="77777777" w:rsidR="001850E1" w:rsidRDefault="00000000">
      <w:proofErr w:type="gramStart"/>
      <w:r>
        <w:t>LL.B</w:t>
      </w:r>
      <w:proofErr w:type="gramEnd"/>
      <w:r>
        <w:t xml:space="preserve"> in Islamic Law | King Faisal University, N'Djamena, Chad</w:t>
      </w:r>
      <w:r>
        <w:br/>
        <w:t>Diplomas in Data Processing and Software Development | NITDA</w:t>
      </w:r>
      <w:r>
        <w:br/>
      </w:r>
      <w:proofErr w:type="spellStart"/>
      <w:r>
        <w:t>O’Level</w:t>
      </w:r>
      <w:proofErr w:type="spellEnd"/>
      <w:r>
        <w:t xml:space="preserve"> | Albayan Islamic Secondary School, Jos</w:t>
      </w:r>
      <w:r>
        <w:br/>
        <w:t>Primary Education | Dadin Kowa Primary School, Kano</w:t>
      </w:r>
    </w:p>
    <w:p w14:paraId="25EFFA80" w14:textId="77777777" w:rsidR="001850E1" w:rsidRDefault="00000000">
      <w:pPr>
        <w:pStyle w:val="Heading2"/>
      </w:pPr>
      <w:r>
        <w:t>Technical &amp; Language Skills</w:t>
      </w:r>
    </w:p>
    <w:p w14:paraId="0269D9AB" w14:textId="77777777" w:rsidR="001850E1" w:rsidRDefault="00000000">
      <w:r>
        <w:t>• Programming: JavaScript, TypeScript, React.js, Next.js, HTML5, CSS3, Tailwind CSS</w:t>
      </w:r>
      <w:r>
        <w:br/>
        <w:t>• Tools: Git, GitHub, VS Code, MS Office</w:t>
      </w:r>
      <w:r>
        <w:br/>
        <w:t>• Languages: Arabic (Fluent), English (Fluent), Hausa (Fluent)</w:t>
      </w:r>
    </w:p>
    <w:p w14:paraId="31D02E71" w14:textId="77777777" w:rsidR="001850E1" w:rsidRDefault="00000000">
      <w:pPr>
        <w:pStyle w:val="Heading2"/>
      </w:pPr>
      <w:r>
        <w:t>Referees</w:t>
      </w:r>
    </w:p>
    <w:p w14:paraId="1A927D2C" w14:textId="77777777" w:rsidR="001850E1" w:rsidRDefault="00000000">
      <w:r>
        <w:t>• Dr. Nazeef Yunus | Director, Albayan Islamic School | m_nazeef@yahoo.com</w:t>
      </w:r>
      <w:r>
        <w:br/>
        <w:t xml:space="preserve">• Aisha Umar Dangote Esq | CEO, Halima </w:t>
      </w:r>
      <w:proofErr w:type="spellStart"/>
      <w:r>
        <w:t>Bint</w:t>
      </w:r>
      <w:proofErr w:type="spellEnd"/>
      <w:r>
        <w:t xml:space="preserve"> Aliy Foundation | aijamb@gmail.com</w:t>
      </w:r>
      <w:r>
        <w:br/>
        <w:t xml:space="preserve">• Adnan Ismail Abdullahi | Co-Founder, </w:t>
      </w:r>
      <w:proofErr w:type="spellStart"/>
      <w:r>
        <w:t>Rainerz</w:t>
      </w:r>
      <w:proofErr w:type="spellEnd"/>
      <w:r>
        <w:t xml:space="preserve"> Software | abu_nabeel@yahoo.com</w:t>
      </w:r>
    </w:p>
    <w:sectPr w:rsidR="001850E1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20943879">
    <w:abstractNumId w:val="8"/>
  </w:num>
  <w:num w:numId="2" w16cid:durableId="1905287102">
    <w:abstractNumId w:val="6"/>
  </w:num>
  <w:num w:numId="3" w16cid:durableId="1303660089">
    <w:abstractNumId w:val="5"/>
  </w:num>
  <w:num w:numId="4" w16cid:durableId="720635376">
    <w:abstractNumId w:val="4"/>
  </w:num>
  <w:num w:numId="5" w16cid:durableId="146747173">
    <w:abstractNumId w:val="7"/>
  </w:num>
  <w:num w:numId="6" w16cid:durableId="437526171">
    <w:abstractNumId w:val="3"/>
  </w:num>
  <w:num w:numId="7" w16cid:durableId="147718428">
    <w:abstractNumId w:val="2"/>
  </w:num>
  <w:num w:numId="8" w16cid:durableId="980886996">
    <w:abstractNumId w:val="1"/>
  </w:num>
  <w:num w:numId="9" w16cid:durableId="3105224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850E1"/>
    <w:rsid w:val="0029639D"/>
    <w:rsid w:val="00326F90"/>
    <w:rsid w:val="003F1B8D"/>
    <w:rsid w:val="004A7786"/>
    <w:rsid w:val="008732CB"/>
    <w:rsid w:val="00924496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D8C831A"/>
  <w14:defaultImageDpi w14:val="300"/>
  <w15:docId w15:val="{899E5887-F2E3-4BD2-881D-00699297D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395</Words>
  <Characters>2257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Ismail Muhammad Adam</cp:lastModifiedBy>
  <cp:revision>2</cp:revision>
  <dcterms:created xsi:type="dcterms:W3CDTF">2025-06-29T15:22:00Z</dcterms:created>
  <dcterms:modified xsi:type="dcterms:W3CDTF">2025-06-29T15:22:00Z</dcterms:modified>
  <cp:category/>
</cp:coreProperties>
</file>